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الخمري بين أبي نواس وابن عربي - موازنة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صالح فوغال/ الحسين شليغوم/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