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خفاجة الأندلسي قصيدة " الجبل " 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دري نورة/ حمزاوي سلوى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انزياح/ الموسيقى الداخلية/ الموسيقى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