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سيميائية في قصيدة البرزخ والسكين لعبد الله حمادي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منال يسعد/ زينب منفوش/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الأسطورة/ الشعر الحر/ العنوان/ السمياء/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