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المفاهيم اللسانية عند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مرزوقي أميرة/ ابرير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اللغة/ الكلام/ البحث اللساني/ اللسان/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