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شهريار وشهرزاد وأسطورة التحدي المتكافئ دراسة في حكاية المفتتح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الحفيظ مبسوط/ زيان عرب الشعبة/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الأسطورة/ الحكاية/ تحليل الأسطورة/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