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كب الإضافي وتطبيقاته في سورة الأنعام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موساوي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ماء/ الإض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