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حكمة في العصر العباسي الثاني المتنب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روش مفيدة/ خلاف شهرزاد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تنبي/ الحك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