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التناص في رواية الأشجار واغتيال مرزوق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خديجة لعشبي/ راوية حمادة/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80039411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العربي/ التناص/ التضمين/ التوليد/ الاقتباس/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