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الدراسة الصوتية لسورة الرحمن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سارة بوقلع/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