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المقامة والقصة القصيرة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سمية بولعشب/ سهيلة بوزنير/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القصة القصيرة/ فن المقامة/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