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تأصيل الأمثال الشعبية بمنطقة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بوقجاني/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الحكمة/ المثل/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