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التعجب في القرآن الكريم دراسة دلالية نحوية سورة البقرة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أميمة بوعزيز/ إيمان بخوش/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التعجب/ المسائل الخلافية النحوية/ الأساليب التعجبية/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