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الرمزية في شعر الأعشى دراسة إيحائية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حياة خروبي/ سعيدة حلو/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الرمز/ الرمز عند العرب/ الرمز عند الغرب/ قصيدة الأعشى/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