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انسجام النص في ديوان حنين لعلي مناصرية دراسة أسلوبية " رفقا بالمسن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بلحيمر/ نجاة برباش/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الحقول الدلالية/ الجمل/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