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قابور زينة/ شاقر مريم/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الصور البيانية/ الحقيقة و المجاز/ القيمة الفنية للمجاز/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