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الماضي التام في رواية لخضر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جرايمي/ بن لوصيف سهام/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الرواية/ الكلام/ الجملة العربية/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