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العطف في ربع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مغزيلي/ ياسمينة قشود/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العطف/ الحرف/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