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التأثير الاجتماعي في عملية التحصيل اللغوي للطور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مفيدة قشيشو/ رشيدة مراد/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