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الرجل المثالي في شعر الخنساء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صليحة بركات/ لبنى بلدي/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الخنساء/ الرجولة/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