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الزمكانية في رواية وطن من زجاج لياسمينة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سليمة بوغابة/ مريم بوصبيع/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الرواية/ المكان/ المفارقة الزمنية/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