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كتابة الأدبية عند مبارك الم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لة العطافي/ هاجر سقراط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/ الإستعارة/ الإطناب/ الطباق/ الجن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