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القيمة التعبيرية للصوت قصيدة " أراك " لأبي القاسم الشابي انموذجا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درية بن زايد/ نور الهدى برور/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الدلالة/ النحو/ المستوى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