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الإسناد في الجملة الفعلية سورة مريم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بوعفينة/ ليلى قويدر/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الإسناد/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