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أبعاد التكرار عند 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نريمان باي/ سارة بن شيكو/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التكرار/ أنواع التكرار/ وظائف التكراري/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