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بن عتمان/ رقية كميتي/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آليات التناص/ التناص القرآني/ تجليات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