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"رثاء الأندلس " في شعر أبي البقاء الرندي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مراد صوفان/ بلال زعيتر/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الأندلسي/ الأسلوبية/ الشعر الأندلسي/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