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حوكمة البنوك في المؤسسات المصرفية الجزائرية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ينوشة مريم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مصرفية/ الحوكمة/ منظمات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