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المزيج الترويجي على سلوك المستهلك دراسة حالة 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عبير حمودة/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الاعلان/ المزيج الترويجي/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