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التسويق في المؤسسات الخدمية دراسة حالة  وكالة سيفاتي للسياحة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عصمان/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تسويق الخدمات/ التسويق الاستراتيجي/ الإستراتيجيات التسويقية/ المزيج التسويقي للخدمات/ وكالات السفر/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