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الاتصال التسويقي في المؤسسة الاقتصادية الجزائرية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أسماء/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التسويق/ الإعلان/ العملية الاتصالية/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