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الوعي البيئي والصحي ودوره في حماية المستهلك -دراسة تقييمية تخص الممارسة والوعي البيئي والصحي في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شاوش/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التلوث البيئي/ التربية البيئية/ الوعي البيئي/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