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تصميم المنتج على المبيعات دراسة حالة 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معاذ ميمون/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المنتوج/ مؤسسة سوناريك  -وحدة فرجيوة-/ تصميم المنتج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