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الجبائي في المؤسسة الاقتصادية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سوفي/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الجباية/ الضرائب/ المؤسسة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