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مخاطر المشتقات المالية ومساهمتها في خلق الأزمات دراسة تحليلية لأزمة الرهن العقاري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حارك لمياء/ دوفي قرمية(مشرفا)/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33025711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المشتقات المالية/ الأزمات المالية/ أزمة الرهن العقاري/ المخاطر المالية/ العقود الآجلة/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