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التأمينات الاجتماعية في تنمية الاقتصاد الوطني دراسة حالة  CNAS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كنزة/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التأمين/ التأمينات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