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الإعلام والاتصال على تطوير إدارة الموارد البشرية دراسة حالة مديرية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بومنيخ كلثوم/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التكنولوجيا/ الإعلام/ اتصالات الجزائر/ إدارة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