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سياسة المنتوج في المؤسسة الاقتصادية دراسة حالة مؤسسة مطاحن بني هارون - القرارم قوقة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ناموس وافية/ باديس نبيلة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33023611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التسويق/ المنتج/ مطاحن بني هارون القرارم قوقة/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