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والاتصال في القطاع السياحي دراسة حالة  وكالة مديحة للسياحة والسفر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زنداوي الزهراء/ بوزاهر صونية(مشرفا)/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الإتصال/ تكنولوجيا المعلومات/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