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القواعد القانونية والمالية لإنشاء المؤسسات الصغيرة والمتوسطة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خبازة خديجة/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الشركات التجارية/ المؤسسات الصغيرة و التوسطة/ شركات المساهمة/ التمويل الذاتي/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