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التكتلات الاقتصادية وأهميتها في ظل العولمة الاقتصادية دراسة حالة منطقة التجارة الحرة العربية الكبرى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بوالنمر الزهرة/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التكتلات الإقتصادية/ العولمة الإقتصادية/ التجارة الحرة العربية الكبرى/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