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الأسواق المالية في الدول العربية دراسة حالة اهم أسولق الأوراق المالية في الدول العربية ( عمان - الكويت - السعودية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الدول العربية/ الأوراق المالية/ الاستثمار/ المؤشرات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