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توجيه الاستثمار لدى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بوقنبية أسية/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الضريبة/ التحفيز الجبائي/ سياسة توجيه الإستثمار/ السياسة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