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تكنولوجيا المعلومات والاتصال في تطوير الخدمات البنكية دراسة حالة  بنك الفلاحة والتنمية الريفية - وكالة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كنزة حمزاوي/ داودي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المعلومات/ التكنولوجيا/ الاتصال/ الخدمات البنكية/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