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الخدمات الالكترونية دراسة حالة  الموقع الإلكتروني للمركز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بودبزة نجيبة/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جودة الخدمة/ الخدمة الإلكترونية/ المركز الجامعي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