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المعالجة القانونية والمحاسبية لتصفية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بوصيع زينة/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شركات الأموال/ الشركة/ التصفية/ شركات الأشخاص/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