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وألياته في سوق العقار دراسة مقارنة بين التمويل العقاري الإسلامي والتقليدي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زغمار/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التمويل العقاري/ التمويل التقليدي/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