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المخاطر في وظيفة الإنتاج دراسة حالة  سوناريك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جزار عبد الستار/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المخاطر/ المخاطر/ وظيفة الإنتاج و العمليات/ النظم الإنتاجية/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