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réalisation d'un site web dynamique pour la vente de matériels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Bendjabeur abdelhakim/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commerce électronique/ uml/ Sites Web/ Diagrammes élaborés/ Implémentation du site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