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réalisation d'un site web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Lakhal dounia/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Technologie Web/ processus unifier/ Modélisation UML/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