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Conception et réalisation d'une application de gestion des ordres de missions-service de budget-centre universitaire de mila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Amireche Iman/ Bouridah Adel (encadreur)/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100p.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00413011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Analyse du domaine/ Le langage De Modélisation/ affiche d’ODM/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